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C865B" w14:textId="77777777" w:rsidR="00381343" w:rsidRPr="00073304" w:rsidRDefault="00000000" w:rsidP="00073304">
      <w:pPr>
        <w:spacing w:after="0"/>
        <w:jc w:val="right"/>
        <w:rPr>
          <w:i/>
          <w:iCs/>
        </w:rPr>
      </w:pPr>
      <w:r w:rsidRPr="00073304">
        <w:rPr>
          <w:i/>
          <w:iCs/>
        </w:rPr>
        <w:t>Ф-02-05/20</w:t>
      </w:r>
    </w:p>
    <w:p w14:paraId="2C29135F" w14:textId="77777777" w:rsidR="00073304" w:rsidRDefault="00073304" w:rsidP="00073304">
      <w:pPr>
        <w:spacing w:after="0"/>
        <w:jc w:val="center"/>
        <w:rPr>
          <w:b/>
          <w:lang w:val="kk-KZ"/>
        </w:rPr>
      </w:pPr>
    </w:p>
    <w:p w14:paraId="6E6B274C" w14:textId="28A7104D" w:rsidR="00381343" w:rsidRPr="00073304" w:rsidRDefault="00000000" w:rsidP="00073304">
      <w:pPr>
        <w:spacing w:after="0"/>
        <w:jc w:val="center"/>
        <w:rPr>
          <w:lang w:val="kk-KZ"/>
        </w:rPr>
      </w:pPr>
      <w:r w:rsidRPr="00073304">
        <w:rPr>
          <w:b/>
          <w:lang w:val="kk-KZ"/>
        </w:rPr>
        <w:t>Аппеляцияға өтініштің нысаны</w:t>
      </w:r>
      <w:r w:rsidRPr="00073304">
        <w:rPr>
          <w:b/>
          <w:lang w:val="kk-KZ"/>
        </w:rPr>
        <w:br/>
      </w:r>
      <w:r w:rsidRPr="00073304">
        <w:rPr>
          <w:i/>
          <w:lang w:val="kk-KZ"/>
        </w:rPr>
        <w:t>(Толық қолдан жазылуы тиіс)</w:t>
      </w:r>
    </w:p>
    <w:p w14:paraId="1FCF9170" w14:textId="77777777" w:rsidR="00381343" w:rsidRPr="00073304" w:rsidRDefault="00000000" w:rsidP="00073304">
      <w:pPr>
        <w:spacing w:after="0"/>
        <w:jc w:val="right"/>
        <w:rPr>
          <w:lang w:val="ru-RU"/>
        </w:rPr>
      </w:pPr>
      <w:proofErr w:type="spellStart"/>
      <w:r w:rsidRPr="00073304">
        <w:rPr>
          <w:lang w:val="ru-RU"/>
        </w:rPr>
        <w:t>Апелляциялық</w:t>
      </w:r>
      <w:proofErr w:type="spellEnd"/>
      <w:r w:rsidRPr="00073304">
        <w:rPr>
          <w:lang w:val="ru-RU"/>
        </w:rPr>
        <w:t xml:space="preserve"> комиссия </w:t>
      </w:r>
      <w:proofErr w:type="spellStart"/>
      <w:r w:rsidRPr="00073304">
        <w:rPr>
          <w:lang w:val="ru-RU"/>
        </w:rPr>
        <w:t>төрағасы</w:t>
      </w:r>
      <w:proofErr w:type="spellEnd"/>
      <w:r w:rsidRPr="00073304">
        <w:rPr>
          <w:lang w:val="ru-RU"/>
        </w:rPr>
        <w:t xml:space="preserve"> </w:t>
      </w:r>
    </w:p>
    <w:p w14:paraId="790B2EDB" w14:textId="77777777" w:rsidR="00381343" w:rsidRPr="00073304" w:rsidRDefault="00000000" w:rsidP="00073304">
      <w:pPr>
        <w:spacing w:after="0"/>
        <w:jc w:val="right"/>
        <w:rPr>
          <w:lang w:val="ru-RU"/>
        </w:rPr>
      </w:pPr>
      <w:r w:rsidRPr="00073304">
        <w:rPr>
          <w:lang w:val="ru-RU"/>
        </w:rPr>
        <w:t>______________________________</w:t>
      </w:r>
    </w:p>
    <w:p w14:paraId="3D11781A" w14:textId="300623E3" w:rsidR="00381343" w:rsidRPr="00073304" w:rsidRDefault="00073304" w:rsidP="00073304">
      <w:pPr>
        <w:spacing w:after="0"/>
        <w:ind w:left="648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     </w:t>
      </w:r>
      <w:r w:rsidR="00000000" w:rsidRPr="00073304">
        <w:rPr>
          <w:sz w:val="20"/>
          <w:szCs w:val="20"/>
          <w:lang w:val="ru-RU"/>
        </w:rPr>
        <w:t>(ТАӘ)</w:t>
      </w:r>
    </w:p>
    <w:p w14:paraId="623950B0" w14:textId="77777777" w:rsidR="00381343" w:rsidRPr="00073304" w:rsidRDefault="00000000" w:rsidP="00073304">
      <w:pPr>
        <w:spacing w:after="0"/>
        <w:jc w:val="right"/>
        <w:rPr>
          <w:lang w:val="ru-RU"/>
        </w:rPr>
      </w:pPr>
      <w:r w:rsidRPr="00073304">
        <w:rPr>
          <w:lang w:val="ru-RU"/>
        </w:rPr>
        <w:t>______курс, ___________________</w:t>
      </w:r>
    </w:p>
    <w:p w14:paraId="4BD96892" w14:textId="77777777" w:rsidR="00381343" w:rsidRPr="00073304" w:rsidRDefault="00000000" w:rsidP="00073304">
      <w:pPr>
        <w:spacing w:after="0"/>
        <w:jc w:val="right"/>
        <w:rPr>
          <w:lang w:val="ru-RU"/>
        </w:rPr>
      </w:pPr>
      <w:r w:rsidRPr="00073304">
        <w:rPr>
          <w:lang w:val="ru-RU"/>
        </w:rPr>
        <w:t>______________________БББ-</w:t>
      </w:r>
      <w:proofErr w:type="spellStart"/>
      <w:r w:rsidRPr="00073304">
        <w:rPr>
          <w:lang w:val="ru-RU"/>
        </w:rPr>
        <w:t>ның</w:t>
      </w:r>
      <w:proofErr w:type="spellEnd"/>
      <w:r w:rsidRPr="00073304">
        <w:rPr>
          <w:lang w:val="ru-RU"/>
        </w:rPr>
        <w:t xml:space="preserve"> </w:t>
      </w:r>
    </w:p>
    <w:p w14:paraId="6E8D93CF" w14:textId="77777777" w:rsidR="00381343" w:rsidRPr="00073304" w:rsidRDefault="00000000" w:rsidP="00073304">
      <w:pPr>
        <w:spacing w:after="0"/>
        <w:jc w:val="right"/>
        <w:rPr>
          <w:lang w:val="ru-RU"/>
        </w:rPr>
      </w:pPr>
      <w:proofErr w:type="spellStart"/>
      <w:r w:rsidRPr="00073304">
        <w:rPr>
          <w:lang w:val="ru-RU"/>
        </w:rPr>
        <w:t>білім</w:t>
      </w:r>
      <w:proofErr w:type="spellEnd"/>
      <w:r w:rsidRPr="00073304">
        <w:rPr>
          <w:lang w:val="ru-RU"/>
        </w:rPr>
        <w:t xml:space="preserve"> </w:t>
      </w:r>
      <w:proofErr w:type="spellStart"/>
      <w:r w:rsidRPr="00073304">
        <w:rPr>
          <w:lang w:val="ru-RU"/>
        </w:rPr>
        <w:t>алушысы</w:t>
      </w:r>
      <w:proofErr w:type="spellEnd"/>
      <w:r w:rsidRPr="00073304">
        <w:rPr>
          <w:lang w:val="ru-RU"/>
        </w:rPr>
        <w:t>_________________</w:t>
      </w:r>
    </w:p>
    <w:p w14:paraId="486C662F" w14:textId="77777777" w:rsidR="00381343" w:rsidRPr="00073304" w:rsidRDefault="00000000" w:rsidP="00073304">
      <w:pPr>
        <w:spacing w:after="0"/>
        <w:jc w:val="right"/>
        <w:rPr>
          <w:lang w:val="ru-RU"/>
        </w:rPr>
      </w:pPr>
      <w:r w:rsidRPr="00073304">
        <w:rPr>
          <w:lang w:val="ru-RU"/>
        </w:rPr>
        <w:t>______________________________</w:t>
      </w:r>
    </w:p>
    <w:p w14:paraId="0198E7D4" w14:textId="186DF9BD" w:rsidR="00381343" w:rsidRPr="00073304" w:rsidRDefault="00073304" w:rsidP="00073304">
      <w:pPr>
        <w:spacing w:after="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                                                                                                            </w:t>
      </w:r>
      <w:r w:rsidR="00000000" w:rsidRPr="00073304">
        <w:rPr>
          <w:sz w:val="20"/>
          <w:szCs w:val="20"/>
          <w:lang w:val="ru-RU"/>
        </w:rPr>
        <w:t>(ТАӘ)</w:t>
      </w:r>
    </w:p>
    <w:p w14:paraId="62025FD1" w14:textId="77777777" w:rsidR="00381343" w:rsidRPr="00073304" w:rsidRDefault="00000000" w:rsidP="00073304">
      <w:pPr>
        <w:spacing w:after="0"/>
        <w:jc w:val="right"/>
        <w:rPr>
          <w:lang w:val="ru-RU"/>
        </w:rPr>
      </w:pPr>
      <w:proofErr w:type="spellStart"/>
      <w:r w:rsidRPr="00073304">
        <w:rPr>
          <w:lang w:val="ru-RU"/>
        </w:rPr>
        <w:t>тобы</w:t>
      </w:r>
      <w:proofErr w:type="spellEnd"/>
      <w:r w:rsidRPr="00073304">
        <w:rPr>
          <w:lang w:val="ru-RU"/>
        </w:rPr>
        <w:t xml:space="preserve"> _________________________</w:t>
      </w:r>
    </w:p>
    <w:p w14:paraId="1022D0C9" w14:textId="77777777" w:rsidR="00381343" w:rsidRPr="00073304" w:rsidRDefault="00000000" w:rsidP="00073304">
      <w:pPr>
        <w:spacing w:after="0"/>
        <w:jc w:val="right"/>
        <w:rPr>
          <w:lang w:val="ru-RU"/>
        </w:rPr>
      </w:pPr>
      <w:proofErr w:type="spellStart"/>
      <w:r w:rsidRPr="00073304">
        <w:rPr>
          <w:lang w:val="ru-RU"/>
        </w:rPr>
        <w:t>ұялы</w:t>
      </w:r>
      <w:proofErr w:type="spellEnd"/>
      <w:r w:rsidRPr="00073304">
        <w:rPr>
          <w:lang w:val="ru-RU"/>
        </w:rPr>
        <w:t xml:space="preserve"> телефон__________________</w:t>
      </w:r>
    </w:p>
    <w:p w14:paraId="22B077A1" w14:textId="77777777" w:rsidR="00381343" w:rsidRPr="00073304" w:rsidRDefault="00381343" w:rsidP="00073304">
      <w:pPr>
        <w:spacing w:after="0"/>
        <w:rPr>
          <w:lang w:val="ru-RU"/>
        </w:rPr>
      </w:pPr>
    </w:p>
    <w:p w14:paraId="66EA0F56" w14:textId="77777777" w:rsidR="00381343" w:rsidRPr="00073304" w:rsidRDefault="00000000" w:rsidP="00073304">
      <w:pPr>
        <w:spacing w:after="0"/>
        <w:jc w:val="center"/>
        <w:rPr>
          <w:lang w:val="ru-RU"/>
        </w:rPr>
      </w:pPr>
      <w:proofErr w:type="spellStart"/>
      <w:r w:rsidRPr="00073304">
        <w:rPr>
          <w:b/>
          <w:lang w:val="ru-RU"/>
        </w:rPr>
        <w:t>Өтініш</w:t>
      </w:r>
      <w:proofErr w:type="spellEnd"/>
    </w:p>
    <w:p w14:paraId="3C5B4AC2" w14:textId="496EF83D" w:rsidR="00381343" w:rsidRPr="00073304" w:rsidRDefault="00000000" w:rsidP="00073304">
      <w:pPr>
        <w:spacing w:after="0" w:line="360" w:lineRule="auto"/>
        <w:ind w:firstLine="720"/>
        <w:rPr>
          <w:lang w:val="ru-RU"/>
        </w:rPr>
      </w:pPr>
      <w:proofErr w:type="spellStart"/>
      <w:r w:rsidRPr="00073304">
        <w:rPr>
          <w:lang w:val="ru-RU"/>
        </w:rPr>
        <w:t>Менің</w:t>
      </w:r>
      <w:proofErr w:type="spellEnd"/>
      <w:r w:rsidRPr="00073304">
        <w:rPr>
          <w:lang w:val="ru-RU"/>
        </w:rPr>
        <w:t>______________</w:t>
      </w:r>
      <w:proofErr w:type="spellStart"/>
      <w:r w:rsidRPr="00073304">
        <w:rPr>
          <w:lang w:val="ru-RU"/>
        </w:rPr>
        <w:t>күні</w:t>
      </w:r>
      <w:proofErr w:type="spellEnd"/>
      <w:r w:rsidRPr="00073304">
        <w:rPr>
          <w:lang w:val="ru-RU"/>
        </w:rPr>
        <w:t xml:space="preserve"> №_________</w:t>
      </w:r>
      <w:proofErr w:type="spellStart"/>
      <w:r w:rsidRPr="00073304">
        <w:rPr>
          <w:lang w:val="ru-RU"/>
        </w:rPr>
        <w:t>аудиторияда</w:t>
      </w:r>
      <w:proofErr w:type="spellEnd"/>
      <w:r w:rsidRPr="00073304">
        <w:rPr>
          <w:lang w:val="ru-RU"/>
        </w:rPr>
        <w:t>_______________</w:t>
      </w:r>
      <w:proofErr w:type="spellStart"/>
      <w:r w:rsidRPr="00073304">
        <w:rPr>
          <w:lang w:val="ru-RU"/>
        </w:rPr>
        <w:t>пәні</w:t>
      </w:r>
      <w:proofErr w:type="spellEnd"/>
      <w:r w:rsidR="00073304">
        <w:rPr>
          <w:lang w:val="ru-RU"/>
        </w:rPr>
        <w:t xml:space="preserve">   </w:t>
      </w:r>
      <w:proofErr w:type="spellStart"/>
      <w:r w:rsidRPr="00073304">
        <w:rPr>
          <w:lang w:val="ru-RU"/>
        </w:rPr>
        <w:t>бойынша</w:t>
      </w:r>
      <w:proofErr w:type="spellEnd"/>
      <w:r w:rsidRPr="00073304">
        <w:rPr>
          <w:lang w:val="ru-RU"/>
        </w:rPr>
        <w:t xml:space="preserve"> </w:t>
      </w:r>
      <w:r w:rsidR="00073304">
        <w:rPr>
          <w:lang w:val="ru-RU"/>
        </w:rPr>
        <w:t xml:space="preserve"> </w:t>
      </w:r>
      <w:proofErr w:type="spellStart"/>
      <w:r w:rsidRPr="00073304">
        <w:rPr>
          <w:lang w:val="ru-RU"/>
        </w:rPr>
        <w:t>тапсырған</w:t>
      </w:r>
      <w:proofErr w:type="spellEnd"/>
      <w:r w:rsidRPr="00073304">
        <w:rPr>
          <w:lang w:val="ru-RU"/>
        </w:rPr>
        <w:t xml:space="preserve"> </w:t>
      </w:r>
      <w:proofErr w:type="spellStart"/>
      <w:r w:rsidRPr="00073304">
        <w:rPr>
          <w:lang w:val="ru-RU"/>
        </w:rPr>
        <w:t>емтихан</w:t>
      </w:r>
      <w:proofErr w:type="spellEnd"/>
      <w:r w:rsidR="00073304">
        <w:rPr>
          <w:lang w:val="ru-RU"/>
        </w:rPr>
        <w:t xml:space="preserve"> </w:t>
      </w:r>
      <w:proofErr w:type="spellStart"/>
      <w:r w:rsidRPr="00073304">
        <w:rPr>
          <w:lang w:val="ru-RU"/>
        </w:rPr>
        <w:t>нәтижесін</w:t>
      </w:r>
      <w:proofErr w:type="spellEnd"/>
      <w:r w:rsidR="00073304">
        <w:rPr>
          <w:lang w:val="ru-RU"/>
        </w:rPr>
        <w:t xml:space="preserve"> ______________________________________________________________________________</w:t>
      </w:r>
      <w:r w:rsidRPr="00073304">
        <w:rPr>
          <w:lang w:val="ru-RU"/>
        </w:rPr>
        <w:br/>
        <w:t>_____________________________________________________________________________</w:t>
      </w:r>
      <w:r w:rsidR="00073304">
        <w:rPr>
          <w:lang w:val="ru-RU"/>
        </w:rPr>
        <w:t>_</w:t>
      </w:r>
      <w:r w:rsidRPr="00073304">
        <w:rPr>
          <w:lang w:val="ru-RU"/>
        </w:rPr>
        <w:br/>
      </w:r>
      <w:proofErr w:type="spellStart"/>
      <w:r w:rsidRPr="00073304">
        <w:rPr>
          <w:lang w:val="ru-RU"/>
        </w:rPr>
        <w:t>себепке</w:t>
      </w:r>
      <w:proofErr w:type="spellEnd"/>
      <w:r w:rsidRPr="00073304">
        <w:rPr>
          <w:lang w:val="ru-RU"/>
        </w:rPr>
        <w:t xml:space="preserve"> </w:t>
      </w:r>
      <w:proofErr w:type="spellStart"/>
      <w:r w:rsidRPr="00073304">
        <w:rPr>
          <w:lang w:val="ru-RU"/>
        </w:rPr>
        <w:t>байланысты</w:t>
      </w:r>
      <w:proofErr w:type="spellEnd"/>
      <w:r w:rsidRPr="00073304">
        <w:rPr>
          <w:lang w:val="ru-RU"/>
        </w:rPr>
        <w:t xml:space="preserve"> </w:t>
      </w:r>
      <w:proofErr w:type="spellStart"/>
      <w:r w:rsidRPr="00073304">
        <w:rPr>
          <w:lang w:val="ru-RU"/>
        </w:rPr>
        <w:t>қайта</w:t>
      </w:r>
      <w:proofErr w:type="spellEnd"/>
      <w:r w:rsidRPr="00073304">
        <w:rPr>
          <w:lang w:val="ru-RU"/>
        </w:rPr>
        <w:t xml:space="preserve"> </w:t>
      </w:r>
      <w:proofErr w:type="spellStart"/>
      <w:r w:rsidRPr="00073304">
        <w:rPr>
          <w:lang w:val="ru-RU"/>
        </w:rPr>
        <w:t>қарауыңызды</w:t>
      </w:r>
      <w:proofErr w:type="spellEnd"/>
      <w:r w:rsidRPr="00073304">
        <w:rPr>
          <w:lang w:val="ru-RU"/>
        </w:rPr>
        <w:t xml:space="preserve"> </w:t>
      </w:r>
      <w:proofErr w:type="spellStart"/>
      <w:r w:rsidRPr="00073304">
        <w:rPr>
          <w:lang w:val="ru-RU"/>
        </w:rPr>
        <w:t>сұраймын</w:t>
      </w:r>
      <w:proofErr w:type="spellEnd"/>
      <w:r w:rsidRPr="00073304">
        <w:rPr>
          <w:lang w:val="ru-RU"/>
        </w:rPr>
        <w:t>.</w:t>
      </w:r>
    </w:p>
    <w:p w14:paraId="154FB943" w14:textId="41361E17" w:rsidR="00381343" w:rsidRDefault="00073304" w:rsidP="00073304">
      <w:pPr>
        <w:spacing w:after="0"/>
      </w:pPr>
      <w:r>
        <w:rPr>
          <w:lang w:val="ru-RU"/>
        </w:rPr>
        <w:t xml:space="preserve"> </w:t>
      </w:r>
      <w:proofErr w:type="spellStart"/>
      <w:r w:rsidR="00000000">
        <w:t>Білім</w:t>
      </w:r>
      <w:proofErr w:type="spellEnd"/>
      <w:r w:rsidR="00000000">
        <w:t xml:space="preserve"> </w:t>
      </w:r>
      <w:proofErr w:type="spellStart"/>
      <w:r w:rsidR="00000000">
        <w:t>алушының</w:t>
      </w:r>
      <w:proofErr w:type="spellEnd"/>
      <w:r w:rsidR="00000000">
        <w:t xml:space="preserve"> </w:t>
      </w:r>
      <w:proofErr w:type="spellStart"/>
      <w:r w:rsidR="00000000">
        <w:t>қолы</w:t>
      </w:r>
      <w:proofErr w:type="spellEnd"/>
      <w:r w:rsidR="00000000">
        <w:t xml:space="preserve">____________                      </w:t>
      </w:r>
      <w:proofErr w:type="spellStart"/>
      <w:r w:rsidR="00000000">
        <w:t>Күні</w:t>
      </w:r>
      <w:proofErr w:type="spellEnd"/>
      <w:r w:rsidR="00000000">
        <w:t>_________</w:t>
      </w:r>
    </w:p>
    <w:sectPr w:rsidR="0038134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6758830">
    <w:abstractNumId w:val="8"/>
  </w:num>
  <w:num w:numId="2" w16cid:durableId="760250140">
    <w:abstractNumId w:val="6"/>
  </w:num>
  <w:num w:numId="3" w16cid:durableId="1859537889">
    <w:abstractNumId w:val="5"/>
  </w:num>
  <w:num w:numId="4" w16cid:durableId="465779458">
    <w:abstractNumId w:val="4"/>
  </w:num>
  <w:num w:numId="5" w16cid:durableId="1726835931">
    <w:abstractNumId w:val="7"/>
  </w:num>
  <w:num w:numId="6" w16cid:durableId="792603569">
    <w:abstractNumId w:val="3"/>
  </w:num>
  <w:num w:numId="7" w16cid:durableId="1450514409">
    <w:abstractNumId w:val="2"/>
  </w:num>
  <w:num w:numId="8" w16cid:durableId="1415585577">
    <w:abstractNumId w:val="1"/>
  </w:num>
  <w:num w:numId="9" w16cid:durableId="1621259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304"/>
    <w:rsid w:val="0015074B"/>
    <w:rsid w:val="0029639D"/>
    <w:rsid w:val="00326F90"/>
    <w:rsid w:val="00381343"/>
    <w:rsid w:val="00AA1D8D"/>
    <w:rsid w:val="00B47730"/>
    <w:rsid w:val="00CB0664"/>
    <w:rsid w:val="00CF09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1EF36"/>
  <w14:defaultImageDpi w14:val="300"/>
  <w15:docId w15:val="{53DD1DB1-F79B-40FD-A897-2CD7515E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Мөлдір Тұрғанбек</cp:lastModifiedBy>
  <cp:revision>2</cp:revision>
  <dcterms:created xsi:type="dcterms:W3CDTF">2013-12-23T23:15:00Z</dcterms:created>
  <dcterms:modified xsi:type="dcterms:W3CDTF">2026-10-13T13:07:00Z</dcterms:modified>
  <cp:category/>
</cp:coreProperties>
</file>